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5D6AD" w14:textId="77777777" w:rsidR="005917D9" w:rsidRPr="00B163E2" w:rsidRDefault="005917D9" w:rsidP="005917D9">
      <w:pPr>
        <w:jc w:val="center"/>
      </w:pPr>
      <w:r>
        <w:rPr>
          <w:b/>
          <w:sz w:val="20"/>
        </w:rPr>
        <w:t>Honors Chemistry — Choice Board Assignment</w:t>
      </w:r>
    </w:p>
    <w:p w14:paraId="6446DF7D" w14:textId="77777777" w:rsidR="00E8471D" w:rsidRPr="005917D9" w:rsidRDefault="00000000">
      <w:pPr>
        <w:jc w:val="center"/>
        <w:rPr>
          <w:color w:val="1F497D" w:themeColor="text2"/>
        </w:rPr>
      </w:pPr>
      <w:r w:rsidRPr="005917D9">
        <w:rPr>
          <w:b/>
          <w:color w:val="1F497D" w:themeColor="text2"/>
          <w:sz w:val="30"/>
        </w:rPr>
        <w:t>The Mix-Up Defense: Design the Salvage Separation</w:t>
      </w:r>
    </w:p>
    <w:p w14:paraId="7FC72135" w14:textId="55E3D185" w:rsidR="005917D9" w:rsidRPr="00B163E2" w:rsidRDefault="005917D9" w:rsidP="005917D9">
      <w:pPr>
        <w:jc w:val="center"/>
        <w:rPr>
          <w:sz w:val="32"/>
          <w:szCs w:val="32"/>
        </w:rPr>
      </w:pPr>
      <w:r w:rsidRPr="00B163E2">
        <w:rPr>
          <w:b/>
          <w:sz w:val="32"/>
          <w:szCs w:val="32"/>
        </w:rPr>
        <w:t xml:space="preserve">Area 1 ASPIRE TO DO – Option </w:t>
      </w:r>
      <w:r>
        <w:rPr>
          <w:b/>
          <w:sz w:val="32"/>
          <w:szCs w:val="32"/>
        </w:rPr>
        <w:t>B</w:t>
      </w:r>
    </w:p>
    <w:p w14:paraId="378EAE56" w14:textId="1D0AB1B7" w:rsidR="00E8471D" w:rsidRPr="005917D9" w:rsidRDefault="00000000">
      <w:pPr>
        <w:rPr>
          <w:lang w:val="fr-FR"/>
        </w:rPr>
      </w:pPr>
      <w:proofErr w:type="spellStart"/>
      <w:r w:rsidRPr="005917D9">
        <w:rPr>
          <w:b/>
          <w:lang w:val="fr-FR"/>
        </w:rPr>
        <w:t>Level</w:t>
      </w:r>
      <w:proofErr w:type="spellEnd"/>
      <w:r w:rsidRPr="005917D9">
        <w:rPr>
          <w:b/>
          <w:lang w:val="fr-FR"/>
        </w:rPr>
        <w:t xml:space="preserve"> 3.0 </w:t>
      </w:r>
      <w:proofErr w:type="spellStart"/>
      <w:r w:rsidRPr="005917D9">
        <w:rPr>
          <w:b/>
          <w:lang w:val="fr-FR"/>
        </w:rPr>
        <w:t>targets</w:t>
      </w:r>
      <w:proofErr w:type="spellEnd"/>
      <w:r w:rsidRPr="005917D9">
        <w:rPr>
          <w:b/>
          <w:lang w:val="fr-FR"/>
        </w:rPr>
        <w:t xml:space="preserve"> </w:t>
      </w:r>
      <w:proofErr w:type="spellStart"/>
      <w:r w:rsidRPr="005917D9">
        <w:rPr>
          <w:b/>
          <w:lang w:val="fr-FR"/>
        </w:rPr>
        <w:t>stretched</w:t>
      </w:r>
      <w:proofErr w:type="spellEnd"/>
      <w:r w:rsidR="005917D9">
        <w:rPr>
          <w:b/>
          <w:lang w:val="fr-FR"/>
        </w:rPr>
        <w:t xml:space="preserve"> : </w:t>
      </w:r>
      <w:r w:rsidRPr="005917D9">
        <w:rPr>
          <w:lang w:val="fr-FR"/>
        </w:rPr>
        <w:t>SC.</w:t>
      </w:r>
      <w:proofErr w:type="gramStart"/>
      <w:r w:rsidRPr="005917D9">
        <w:rPr>
          <w:lang w:val="fr-FR"/>
        </w:rPr>
        <w:t>912.P.</w:t>
      </w:r>
      <w:proofErr w:type="gramEnd"/>
      <w:r w:rsidRPr="005917D9">
        <w:rPr>
          <w:lang w:val="fr-FR"/>
        </w:rPr>
        <w:t>8.1 T1-T</w:t>
      </w:r>
      <w:proofErr w:type="gramStart"/>
      <w:r w:rsidRPr="005917D9">
        <w:rPr>
          <w:lang w:val="fr-FR"/>
        </w:rPr>
        <w:t>3  |</w:t>
      </w:r>
      <w:proofErr w:type="gramEnd"/>
      <w:r w:rsidRPr="005917D9">
        <w:rPr>
          <w:lang w:val="fr-FR"/>
        </w:rPr>
        <w:t xml:space="preserve">  SC.</w:t>
      </w:r>
      <w:proofErr w:type="gramStart"/>
      <w:r w:rsidRPr="005917D9">
        <w:rPr>
          <w:lang w:val="fr-FR"/>
        </w:rPr>
        <w:t>912.P.</w:t>
      </w:r>
      <w:proofErr w:type="gramEnd"/>
      <w:r w:rsidRPr="005917D9">
        <w:rPr>
          <w:lang w:val="fr-FR"/>
        </w:rPr>
        <w:t>8.2 T1-T</w:t>
      </w:r>
      <w:proofErr w:type="gramStart"/>
      <w:r w:rsidRPr="005917D9">
        <w:rPr>
          <w:lang w:val="fr-FR"/>
        </w:rPr>
        <w:t>3  |</w:t>
      </w:r>
      <w:proofErr w:type="gramEnd"/>
      <w:r w:rsidRPr="005917D9">
        <w:rPr>
          <w:lang w:val="fr-FR"/>
        </w:rPr>
        <w:t xml:space="preserve">  SC.</w:t>
      </w:r>
      <w:proofErr w:type="gramStart"/>
      <w:r w:rsidRPr="005917D9">
        <w:rPr>
          <w:lang w:val="fr-FR"/>
        </w:rPr>
        <w:t>912.L.</w:t>
      </w:r>
      <w:proofErr w:type="gramEnd"/>
      <w:r w:rsidRPr="005917D9">
        <w:rPr>
          <w:lang w:val="fr-FR"/>
        </w:rPr>
        <w:t>18.12 T1-T2</w:t>
      </w:r>
    </w:p>
    <w:p w14:paraId="77C2F686" w14:textId="77777777" w:rsidR="00E8471D" w:rsidRDefault="00000000">
      <w:r>
        <w:rPr>
          <w:b/>
        </w:rPr>
        <w:t>The Challenge</w:t>
      </w:r>
    </w:p>
    <w:p w14:paraId="0D78785B" w14:textId="77777777" w:rsidR="00E8471D" w:rsidRDefault="00000000">
      <w:r>
        <w:t xml:space="preserve">A lab tech accidentally emptied three product remnants into one unlabeled </w:t>
      </w:r>
      <w:proofErr w:type="gramStart"/>
      <w:r>
        <w:t>carboy: #</w:t>
      </w:r>
      <w:proofErr w:type="gramEnd"/>
      <w:r>
        <w:t>1 silica SAND (a finely divided, insoluble solid</w:t>
      </w:r>
      <w:proofErr w:type="gramStart"/>
      <w:r>
        <w:t>), #</w:t>
      </w:r>
      <w:proofErr w:type="gramEnd"/>
      <w:r>
        <w:t>2 table SALT that fully dissolved in the water, and #3 a layer of MOTOR OIL that floats on water and does not mix with it. You must design a salvage plan that recovers all three and defends it to the lab manager - using only a settling tank, filter paper and funnel, a hot plate, and a limited budget. Ordering matters: one mistake will ruin the salt fraction, and the oil cannot be heated much above 80 °C without degrading.</w:t>
      </w:r>
    </w:p>
    <w:p w14:paraId="61ADF055" w14:textId="77777777" w:rsidR="00E8471D" w:rsidRDefault="00000000">
      <w:r>
        <w:rPr>
          <w:b/>
          <w:sz w:val="24"/>
        </w:rPr>
        <w:t>Part 1 - Classify the Mess</w:t>
      </w:r>
    </w:p>
    <w:p w14:paraId="68E9CC56" w14:textId="77777777" w:rsidR="00E8471D" w:rsidRDefault="00000000">
      <w:r>
        <w:t xml:space="preserve">Classify each component (sand, salt, oil), each two-part pairing, and the carboy </w:t>
      </w:r>
      <w:proofErr w:type="gramStart"/>
      <w:r>
        <w:t>as a whole at</w:t>
      </w:r>
      <w:proofErr w:type="gramEnd"/>
      <w:r>
        <w:t xml:space="preserve"> the particle level. For each, name the property a fix would exploit.</w:t>
      </w:r>
    </w:p>
    <w:p w14:paraId="6C50E8D0" w14:textId="77777777" w:rsidR="00E8471D" w:rsidRDefault="00000000">
      <w:r>
        <w:rPr>
          <w:b/>
          <w:sz w:val="24"/>
        </w:rPr>
        <w:t>Part 2 - Design the Minimal Recovery Train</w:t>
      </w:r>
    </w:p>
    <w:p w14:paraId="77007124" w14:textId="77777777" w:rsidR="00E8471D" w:rsidRDefault="00000000">
      <w:r>
        <w:t>Write the numbered sequence - settling, skimming/decanting, filtering, evaporating - that recovers the sand, the oil, and the salt with the fewest steps. For EACH step give: the property it exploits (particle size, solubility, density/immiscibility, or boiling point), the exact target fraction it separates, and what would go wrong if this step were skipped or reordered. Defend specifically why the oil layer must be removed BEFORE the water is evaporated.</w:t>
      </w:r>
    </w:p>
    <w:p w14:paraId="67015C66" w14:textId="77777777" w:rsidR="00E8471D" w:rsidRDefault="00000000">
      <w:r>
        <w:rPr>
          <w:b/>
          <w:sz w:val="24"/>
        </w:rPr>
        <w:t>Part 3 - Rebut the Flawed Classification</w:t>
      </w:r>
    </w:p>
    <w:p w14:paraId="3A42ABAB" w14:textId="77777777" w:rsidR="00E8471D" w:rsidRDefault="00000000">
      <w:r>
        <w:t xml:space="preserve">A co-worker wrote: "The oil dissolved into the water - it formed a solution, because right after shaking you can't tell the layers apart. When the layers came </w:t>
      </w:r>
      <w:proofErr w:type="gramStart"/>
      <w:r>
        <w:t>back</w:t>
      </w:r>
      <w:proofErr w:type="gramEnd"/>
      <w:r>
        <w:t xml:space="preserve"> I figured they had separated, so the whole carboy is a suspension." Identify BOTH errors in that claim, explain the particle-level reason shaking cannot make oil and water into a solution, and write the correct classification as a short rebuttal CER.</w:t>
      </w:r>
    </w:p>
    <w:p w14:paraId="2AC08734" w14:textId="77777777" w:rsidR="00E8471D" w:rsidRDefault="00000000">
      <w:r>
        <w:rPr>
          <w:b/>
          <w:sz w:val="24"/>
        </w:rPr>
        <w:t>Part 4 - Verify Your Recovery</w:t>
      </w:r>
    </w:p>
    <w:p w14:paraId="370FA5B1" w14:textId="77777777" w:rsidR="00E8471D" w:rsidRDefault="00000000">
      <w:r>
        <w:t>For each recovered fraction, name the test or observation that proves the recovery worked (e.g., how do you know the salt is salt and not sand dust, and how do you know the filtrate is no longer a colloid or suspension?). Predict what you would observe for each.</w:t>
      </w:r>
    </w:p>
    <w:p w14:paraId="6E543BEF" w14:textId="77777777" w:rsidR="00E8471D" w:rsidRDefault="00000000">
      <w:r>
        <w:rPr>
          <w:b/>
          <w:sz w:val="24"/>
        </w:rPr>
        <w:t>Part 5 - The What-If</w:t>
      </w:r>
    </w:p>
    <w:p w14:paraId="52373FA9" w14:textId="03614ABD" w:rsidR="00E8471D" w:rsidRDefault="00000000">
      <w:r>
        <w:t>Suppose someone ignores your order and evaporates the water first, oil and all. Describe exactly what happens to each component, whether the salt is still recoverable, and what the misclassification risk would be. This is the prediction that makes your design defensible.</w:t>
      </w:r>
    </w:p>
    <w:sectPr w:rsidR="00E8471D" w:rsidSect="00034616">
      <w:pgSz w:w="12240" w:h="15840"/>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40882040">
    <w:abstractNumId w:val="8"/>
  </w:num>
  <w:num w:numId="2" w16cid:durableId="383023184">
    <w:abstractNumId w:val="6"/>
  </w:num>
  <w:num w:numId="3" w16cid:durableId="59405667">
    <w:abstractNumId w:val="5"/>
  </w:num>
  <w:num w:numId="4" w16cid:durableId="1084760715">
    <w:abstractNumId w:val="4"/>
  </w:num>
  <w:num w:numId="5" w16cid:durableId="2081563825">
    <w:abstractNumId w:val="7"/>
  </w:num>
  <w:num w:numId="6" w16cid:durableId="8023420">
    <w:abstractNumId w:val="3"/>
  </w:num>
  <w:num w:numId="7" w16cid:durableId="1513760769">
    <w:abstractNumId w:val="2"/>
  </w:num>
  <w:num w:numId="8" w16cid:durableId="1190605161">
    <w:abstractNumId w:val="1"/>
  </w:num>
  <w:num w:numId="9" w16cid:durableId="153727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17D9"/>
    <w:rsid w:val="00A539B4"/>
    <w:rsid w:val="00AA1D8D"/>
    <w:rsid w:val="00B47730"/>
    <w:rsid w:val="00B779EC"/>
    <w:rsid w:val="00BF785A"/>
    <w:rsid w:val="00CB0664"/>
    <w:rsid w:val="00E847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F66076"/>
  <w14:defaultImageDpi w14:val="300"/>
  <w15:docId w15:val="{593C034F-B056-429B-A361-4B1709A83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dcterms:created xsi:type="dcterms:W3CDTF">2013-12-23T23:15:00Z</dcterms:created>
  <dcterms:modified xsi:type="dcterms:W3CDTF">2026-09-16T13:17:00Z</dcterms:modified>
  <cp:category/>
</cp:coreProperties>
</file>